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rial" w:hAnsi="Arial"/>
        </w:rPr>
        <w:t>INTERNATIONAL DATA SUBJECT RIGHTS REQUEST FORM</w:t>
      </w:r>
    </w:p>
    <w:p>
      <w:pPr>
        <w:jc w:val="center"/>
      </w:pPr>
      <w:r>
        <w:rPr>
          <w:rFonts w:ascii="Arial" w:hAnsi="Arial"/>
          <w:b/>
          <w:sz w:val="23"/>
        </w:rPr>
        <w:t>Sinus Elektronik Sanayi ve Ticaret Limited Şirketi</w:t>
      </w:r>
    </w:p>
    <w:p>
      <w:r>
        <w:rPr>
          <w:rFonts w:ascii="Arial" w:hAnsi="Arial"/>
        </w:rPr>
        <w:t>Use this form to submit a request concerning your personal data to Sinus Elektronik Sanayi ve Ticaret Limited Şirketi (the “Company” or “Cuppon”). The rights available to you depend on the law applicable to the relevant processing activity, including Turkish Personal Data Protection Law No. 6698 (“KVKK”) and, where applicable, the EU General Data Protection Regulation (“GDPR”). Please see our Website Privacy Notice at https://cuppon.com.tr/legal/privacy-notice for further information.</w:t>
      </w:r>
    </w:p>
    <w:p>
      <w:pPr>
        <w:pStyle w:val="Heading1"/>
      </w:pPr>
      <w:r>
        <w:rPr>
          <w:rFonts w:ascii="Arial" w:hAnsi="Arial"/>
        </w:rPr>
        <w:t>1. How to Submit Your Request</w:t>
      </w:r>
    </w:p>
    <w:tbl>
      <w:tblPr>
        <w:tblW w:type="auto" w:w="0"/>
        <w:tblLayout w:type="fixed"/>
        <w:tblLook w:firstColumn="1" w:firstRow="1" w:lastColumn="0" w:lastRow="0" w:noHBand="0" w:noVBand="1" w:val="04A0"/>
        <w:tblBorders>
          <w:top w:val="single" w:sz="6" w:color="BFBFBF"/>
          <w:left w:val="single" w:sz="6" w:color="BFBFBF"/>
          <w:bottom w:val="single" w:sz="6" w:color="BFBFBF"/>
          <w:right w:val="single" w:sz="6" w:color="BFBFBF"/>
          <w:insideH w:val="single" w:sz="6" w:color="BFBFBF"/>
          <w:insideV w:val="single" w:sz="6" w:color="BFBFBF"/>
        </w:tblBorders>
      </w:tblPr>
      <w:tblGrid>
        <w:gridCol w:w="4917"/>
        <w:gridCol w:w="4917"/>
      </w:tblGrid>
      <w:tr>
        <w:tc>
          <w:tcPr>
            <w:tcW w:type="dxa" w:w="4536"/>
            <w:vAlign w:val="center"/>
            <w:tcMar>
              <w:top w:w="65" w:type="dxa"/>
              <w:start w:w="90" w:type="dxa"/>
              <w:bottom w:w="65" w:type="dxa"/>
              <w:end w:w="90" w:type="dxa"/>
            </w:tcMar>
            <w:shd w:fill="E7E6E6"/>
          </w:tcPr>
          <w:p>
            <w:r>
              <w:rPr>
                <w:b/>
              </w:rPr>
              <w:t>Submission method</w:t>
            </w:r>
          </w:p>
        </w:tc>
        <w:tc>
          <w:tcPr>
            <w:tcW w:type="dxa" w:w="5112"/>
            <w:vAlign w:val="center"/>
            <w:tcMar>
              <w:top w:w="65" w:type="dxa"/>
              <w:start w:w="90" w:type="dxa"/>
              <w:bottom w:w="65" w:type="dxa"/>
              <w:end w:w="90" w:type="dxa"/>
            </w:tcMar>
            <w:shd w:fill="E7E6E6"/>
          </w:tcPr>
          <w:p>
            <w:r>
              <w:rPr>
                <w:b/>
              </w:rPr>
              <w:t>Address or contact details</w:t>
            </w:r>
          </w:p>
        </w:tc>
      </w:tr>
      <w:tr>
        <w:tc>
          <w:tcPr>
            <w:tcW w:type="dxa" w:w="4536"/>
            <w:vAlign w:val="center"/>
            <w:tcMar>
              <w:top w:w="65" w:type="dxa"/>
              <w:start w:w="90" w:type="dxa"/>
              <w:bottom w:w="65" w:type="dxa"/>
              <w:end w:w="90" w:type="dxa"/>
            </w:tcMar>
          </w:tcPr>
          <w:p>
            <w:r>
              <w:t>Written request delivered in person or through a notary</w:t>
            </w:r>
          </w:p>
        </w:tc>
        <w:tc>
          <w:tcPr>
            <w:tcW w:type="dxa" w:w="5112"/>
            <w:vAlign w:val="center"/>
            <w:tcMar>
              <w:top w:w="65" w:type="dxa"/>
              <w:start w:w="90" w:type="dxa"/>
              <w:bottom w:w="65" w:type="dxa"/>
              <w:end w:w="90" w:type="dxa"/>
            </w:tcMar>
          </w:tcPr>
          <w:p>
            <w:r>
              <w:t>Şerifali Mahallesi Edep Sokak No: 42/1 Ümraniye, Istanbul, Türkiye</w:t>
            </w:r>
          </w:p>
        </w:tc>
      </w:tr>
      <w:tr>
        <w:tc>
          <w:tcPr>
            <w:tcW w:type="dxa" w:w="4536"/>
            <w:vAlign w:val="center"/>
            <w:tcMar>
              <w:top w:w="65" w:type="dxa"/>
              <w:start w:w="90" w:type="dxa"/>
              <w:bottom w:w="65" w:type="dxa"/>
              <w:end w:w="90" w:type="dxa"/>
            </w:tcMar>
          </w:tcPr>
          <w:p>
            <w:r>
              <w:t>Email from an address previously provided to and registered in our systems</w:t>
            </w:r>
          </w:p>
        </w:tc>
        <w:tc>
          <w:tcPr>
            <w:tcW w:type="dxa" w:w="5112"/>
            <w:vAlign w:val="center"/>
            <w:tcMar>
              <w:top w:w="65" w:type="dxa"/>
              <w:start w:w="90" w:type="dxa"/>
              <w:bottom w:w="65" w:type="dxa"/>
              <w:end w:w="90" w:type="dxa"/>
            </w:tcMar>
          </w:tcPr>
          <w:p>
            <w:r>
              <w:t>contact@cuppon.com.tr</w:t>
            </w:r>
          </w:p>
        </w:tc>
      </w:tr>
      <w:tr>
        <w:tc>
          <w:tcPr>
            <w:tcW w:type="dxa" w:w="4536"/>
            <w:vAlign w:val="center"/>
            <w:tcMar>
              <w:top w:w="65" w:type="dxa"/>
              <w:start w:w="90" w:type="dxa"/>
              <w:bottom w:w="65" w:type="dxa"/>
              <w:end w:w="90" w:type="dxa"/>
            </w:tcMar>
          </w:tcPr>
          <w:p>
            <w:r>
              <w:t>Request signed with a secure electronic signature or mobile signature and sent by registered electronic mail</w:t>
            </w:r>
          </w:p>
        </w:tc>
        <w:tc>
          <w:tcPr>
            <w:tcW w:type="dxa" w:w="5112"/>
            <w:vAlign w:val="center"/>
            <w:tcMar>
              <w:top w:w="65" w:type="dxa"/>
              <w:start w:w="90" w:type="dxa"/>
              <w:bottom w:w="65" w:type="dxa"/>
              <w:end w:w="90" w:type="dxa"/>
            </w:tcMar>
          </w:tcPr>
          <w:p>
            <w:r>
              <w:t>sinuselektronik@hs01.kep.tr</w:t>
            </w:r>
          </w:p>
        </w:tc>
      </w:tr>
      <w:tr>
        <w:tc>
          <w:tcPr>
            <w:tcW w:type="dxa" w:w="4536"/>
            <w:vAlign w:val="center"/>
            <w:tcMar>
              <w:top w:w="65" w:type="dxa"/>
              <w:start w:w="90" w:type="dxa"/>
              <w:bottom w:w="65" w:type="dxa"/>
              <w:end w:w="90" w:type="dxa"/>
            </w:tcMar>
          </w:tcPr>
          <w:p>
            <w:r>
              <w:t>Request by an international visitor</w:t>
            </w:r>
          </w:p>
        </w:tc>
        <w:tc>
          <w:tcPr>
            <w:tcW w:type="dxa" w:w="5112"/>
            <w:vAlign w:val="center"/>
            <w:tcMar>
              <w:top w:w="65" w:type="dxa"/>
              <w:start w:w="90" w:type="dxa"/>
              <w:bottom w:w="65" w:type="dxa"/>
              <w:end w:w="90" w:type="dxa"/>
            </w:tcMar>
          </w:tcPr>
          <w:p>
            <w:r>
              <w:t>contact@cuppon.com.tr</w:t>
            </w:r>
          </w:p>
        </w:tc>
      </w:tr>
    </w:tbl>
    <w:p>
      <w:r>
        <w:rPr>
          <w:rFonts w:ascii="Arial" w:hAnsi="Arial"/>
        </w:rPr>
        <w:t>Please write “Data Subject Rights Request” in the subject line of your email or on the envelope. We may request information reasonably necessary to verify your identity and protect personal data from unauthorised disclosure. Please do not send a copy of your identity document unless specifically requested, and redact information that is not required for verification.</w:t>
      </w:r>
    </w:p>
    <w:p>
      <w:r>
        <w:rPr>
          <w:rFonts w:ascii="Arial" w:hAnsi="Arial"/>
        </w:rPr>
        <w:t>We will respond within the period required by applicable law. Requests governed by the KVKK are answered as soon as possible and no later than 30 days. Where the GDPR applies, we normally respond within one month, subject to any lawful extension. Requests are generally free of charge; a reasonable fee may apply where permitted by law.</w:t>
      </w:r>
    </w:p>
    <w:p>
      <w:pPr>
        <w:pStyle w:val="Heading1"/>
      </w:pPr>
      <w:r>
        <w:rPr>
          <w:rFonts w:ascii="Arial" w:hAnsi="Arial"/>
        </w:rPr>
        <w:t>2. Identity and Contact Details</w:t>
      </w:r>
    </w:p>
    <w:tbl>
      <w:tblPr>
        <w:tblW w:type="auto" w:w="0"/>
        <w:tblLayout w:type="fixed"/>
        <w:tblLook w:firstColumn="1" w:firstRow="1" w:lastColumn="0" w:lastRow="0" w:noHBand="0" w:noVBand="1" w:val="04A0"/>
        <w:tblBorders>
          <w:top w:val="single" w:sz="6" w:color="BFBFBF"/>
          <w:left w:val="single" w:sz="6" w:color="BFBFBF"/>
          <w:bottom w:val="single" w:sz="6" w:color="BFBFBF"/>
          <w:right w:val="single" w:sz="6" w:color="BFBFBF"/>
          <w:insideH w:val="single" w:sz="6" w:color="BFBFBF"/>
          <w:insideV w:val="single" w:sz="6" w:color="BFBFBF"/>
        </w:tblBorders>
      </w:tblPr>
      <w:tblGrid>
        <w:gridCol w:w="4917"/>
        <w:gridCol w:w="4917"/>
      </w:tblGrid>
      <w:tr>
        <w:tc>
          <w:tcPr>
            <w:tcW w:type="dxa" w:w="3168"/>
            <w:vAlign w:val="center"/>
            <w:tcMar>
              <w:top w:w="65" w:type="dxa"/>
              <w:start w:w="90" w:type="dxa"/>
              <w:bottom w:w="65" w:type="dxa"/>
              <w:end w:w="90" w:type="dxa"/>
            </w:tcMar>
          </w:tcPr>
          <w:p>
            <w:r>
              <w:rPr>
                <w:b/>
              </w:rPr>
              <w:t>First name</w:t>
            </w:r>
          </w:p>
        </w:tc>
        <w:tc>
          <w:tcPr>
            <w:tcW w:type="dxa" w:w="6480"/>
            <w:vAlign w:val="center"/>
            <w:tcMar>
              <w:top w:w="65" w:type="dxa"/>
              <w:start w:w="90" w:type="dxa"/>
              <w:bottom w:w="65" w:type="dxa"/>
              <w:end w:w="90" w:type="dxa"/>
            </w:tcMar>
          </w:tcPr>
          <w:p>
            <w:r/>
          </w:p>
        </w:tc>
      </w:tr>
      <w:tr>
        <w:tc>
          <w:tcPr>
            <w:tcW w:type="dxa" w:w="3168"/>
            <w:vAlign w:val="center"/>
            <w:tcMar>
              <w:top w:w="65" w:type="dxa"/>
              <w:start w:w="90" w:type="dxa"/>
              <w:bottom w:w="65" w:type="dxa"/>
              <w:end w:w="90" w:type="dxa"/>
            </w:tcMar>
          </w:tcPr>
          <w:p>
            <w:r>
              <w:rPr>
                <w:b/>
              </w:rPr>
              <w:t>Last name</w:t>
            </w:r>
          </w:p>
        </w:tc>
        <w:tc>
          <w:tcPr>
            <w:tcW w:type="dxa" w:w="6480"/>
            <w:vAlign w:val="center"/>
            <w:tcMar>
              <w:top w:w="65" w:type="dxa"/>
              <w:start w:w="90" w:type="dxa"/>
              <w:bottom w:w="65" w:type="dxa"/>
              <w:end w:w="90" w:type="dxa"/>
            </w:tcMar>
          </w:tcPr>
          <w:p>
            <w:r/>
          </w:p>
        </w:tc>
      </w:tr>
      <w:tr>
        <w:tc>
          <w:tcPr>
            <w:tcW w:type="dxa" w:w="3168"/>
            <w:vAlign w:val="center"/>
            <w:tcMar>
              <w:top w:w="65" w:type="dxa"/>
              <w:start w:w="90" w:type="dxa"/>
              <w:bottom w:w="65" w:type="dxa"/>
              <w:end w:w="90" w:type="dxa"/>
            </w:tcMar>
          </w:tcPr>
          <w:p>
            <w:r>
              <w:rPr>
                <w:b/>
              </w:rPr>
              <w:t>Country of residence</w:t>
            </w:r>
          </w:p>
        </w:tc>
        <w:tc>
          <w:tcPr>
            <w:tcW w:type="dxa" w:w="6480"/>
            <w:vAlign w:val="center"/>
            <w:tcMar>
              <w:top w:w="65" w:type="dxa"/>
              <w:start w:w="90" w:type="dxa"/>
              <w:bottom w:w="65" w:type="dxa"/>
              <w:end w:w="90" w:type="dxa"/>
            </w:tcMar>
          </w:tcPr>
          <w:p>
            <w:r/>
          </w:p>
        </w:tc>
      </w:tr>
      <w:tr>
        <w:tc>
          <w:tcPr>
            <w:tcW w:type="dxa" w:w="3168"/>
            <w:vAlign w:val="center"/>
            <w:tcMar>
              <w:top w:w="65" w:type="dxa"/>
              <w:start w:w="90" w:type="dxa"/>
              <w:bottom w:w="65" w:type="dxa"/>
              <w:end w:w="90" w:type="dxa"/>
            </w:tcMar>
          </w:tcPr>
          <w:p>
            <w:r>
              <w:rPr>
                <w:b/>
              </w:rPr>
              <w:t>Nationality</w:t>
            </w:r>
          </w:p>
        </w:tc>
        <w:tc>
          <w:tcPr>
            <w:tcW w:type="dxa" w:w="6480"/>
            <w:vAlign w:val="center"/>
            <w:tcMar>
              <w:top w:w="65" w:type="dxa"/>
              <w:start w:w="90" w:type="dxa"/>
              <w:bottom w:w="65" w:type="dxa"/>
              <w:end w:w="90" w:type="dxa"/>
            </w:tcMar>
          </w:tcPr>
          <w:p>
            <w:r/>
          </w:p>
        </w:tc>
      </w:tr>
      <w:tr>
        <w:tc>
          <w:tcPr>
            <w:tcW w:type="dxa" w:w="3168"/>
            <w:vAlign w:val="center"/>
            <w:tcMar>
              <w:top w:w="65" w:type="dxa"/>
              <w:start w:w="90" w:type="dxa"/>
              <w:bottom w:w="65" w:type="dxa"/>
              <w:end w:w="90" w:type="dxa"/>
            </w:tcMar>
          </w:tcPr>
          <w:p>
            <w:r>
              <w:rPr>
                <w:b/>
              </w:rPr>
              <w:t>Turkish ID number if applicable</w:t>
            </w:r>
          </w:p>
        </w:tc>
        <w:tc>
          <w:tcPr>
            <w:tcW w:type="dxa" w:w="6480"/>
            <w:vAlign w:val="center"/>
            <w:tcMar>
              <w:top w:w="65" w:type="dxa"/>
              <w:start w:w="90" w:type="dxa"/>
              <w:bottom w:w="65" w:type="dxa"/>
              <w:end w:w="90" w:type="dxa"/>
            </w:tcMar>
          </w:tcPr>
          <w:p>
            <w:r/>
          </w:p>
        </w:tc>
      </w:tr>
      <w:tr>
        <w:tc>
          <w:tcPr>
            <w:tcW w:type="dxa" w:w="3168"/>
            <w:vAlign w:val="center"/>
            <w:tcMar>
              <w:top w:w="65" w:type="dxa"/>
              <w:start w:w="90" w:type="dxa"/>
              <w:bottom w:w="65" w:type="dxa"/>
              <w:end w:w="90" w:type="dxa"/>
            </w:tcMar>
          </w:tcPr>
          <w:p>
            <w:r>
              <w:rPr>
                <w:b/>
              </w:rPr>
              <w:t>Passport or other identification number if applicable</w:t>
            </w:r>
          </w:p>
        </w:tc>
        <w:tc>
          <w:tcPr>
            <w:tcW w:type="dxa" w:w="6480"/>
            <w:vAlign w:val="center"/>
            <w:tcMar>
              <w:top w:w="65" w:type="dxa"/>
              <w:start w:w="90" w:type="dxa"/>
              <w:bottom w:w="65" w:type="dxa"/>
              <w:end w:w="90" w:type="dxa"/>
            </w:tcMar>
          </w:tcPr>
          <w:p>
            <w:r/>
          </w:p>
        </w:tc>
      </w:tr>
      <w:tr>
        <w:tc>
          <w:tcPr>
            <w:tcW w:type="dxa" w:w="3168"/>
            <w:vAlign w:val="center"/>
            <w:tcMar>
              <w:top w:w="65" w:type="dxa"/>
              <w:start w:w="90" w:type="dxa"/>
              <w:bottom w:w="65" w:type="dxa"/>
              <w:end w:w="90" w:type="dxa"/>
            </w:tcMar>
          </w:tcPr>
          <w:p>
            <w:r>
              <w:rPr>
                <w:b/>
              </w:rPr>
              <w:t>Postal or business address for correspondence</w:t>
            </w:r>
          </w:p>
        </w:tc>
        <w:tc>
          <w:tcPr>
            <w:tcW w:type="dxa" w:w="6480"/>
            <w:vAlign w:val="center"/>
            <w:tcMar>
              <w:top w:w="65" w:type="dxa"/>
              <w:start w:w="90" w:type="dxa"/>
              <w:bottom w:w="65" w:type="dxa"/>
              <w:end w:w="90" w:type="dxa"/>
            </w:tcMar>
          </w:tcPr>
          <w:p>
            <w:r/>
          </w:p>
        </w:tc>
      </w:tr>
      <w:tr>
        <w:tc>
          <w:tcPr>
            <w:tcW w:type="dxa" w:w="3168"/>
            <w:vAlign w:val="center"/>
            <w:tcMar>
              <w:top w:w="65" w:type="dxa"/>
              <w:start w:w="90" w:type="dxa"/>
              <w:bottom w:w="65" w:type="dxa"/>
              <w:end w:w="90" w:type="dxa"/>
            </w:tcMar>
          </w:tcPr>
          <w:p>
            <w:r>
              <w:rPr>
                <w:b/>
              </w:rPr>
              <w:t>Email address</w:t>
            </w:r>
          </w:p>
        </w:tc>
        <w:tc>
          <w:tcPr>
            <w:tcW w:type="dxa" w:w="6480"/>
            <w:vAlign w:val="center"/>
            <w:tcMar>
              <w:top w:w="65" w:type="dxa"/>
              <w:start w:w="90" w:type="dxa"/>
              <w:bottom w:w="65" w:type="dxa"/>
              <w:end w:w="90" w:type="dxa"/>
            </w:tcMar>
          </w:tcPr>
          <w:p>
            <w:r/>
          </w:p>
        </w:tc>
      </w:tr>
      <w:tr>
        <w:tc>
          <w:tcPr>
            <w:tcW w:type="dxa" w:w="3168"/>
            <w:vAlign w:val="center"/>
            <w:tcMar>
              <w:top w:w="65" w:type="dxa"/>
              <w:start w:w="90" w:type="dxa"/>
              <w:bottom w:w="65" w:type="dxa"/>
              <w:end w:w="90" w:type="dxa"/>
            </w:tcMar>
          </w:tcPr>
          <w:p>
            <w:r>
              <w:rPr>
                <w:b/>
              </w:rPr>
              <w:t>Telephone number</w:t>
            </w:r>
          </w:p>
        </w:tc>
        <w:tc>
          <w:tcPr>
            <w:tcW w:type="dxa" w:w="6480"/>
            <w:vAlign w:val="center"/>
            <w:tcMar>
              <w:top w:w="65" w:type="dxa"/>
              <w:start w:w="90" w:type="dxa"/>
              <w:bottom w:w="65" w:type="dxa"/>
              <w:end w:w="90" w:type="dxa"/>
            </w:tcMar>
          </w:tcPr>
          <w:p>
            <w:r/>
          </w:p>
        </w:tc>
      </w:tr>
    </w:tbl>
    <w:p>
      <w:pPr>
        <w:pStyle w:val="Heading1"/>
      </w:pPr>
      <w:r>
        <w:rPr>
          <w:rFonts w:ascii="Arial" w:hAnsi="Arial"/>
        </w:rPr>
        <w:t>3. Your Relationship with Cuppon</w:t>
      </w:r>
    </w:p>
    <w:tbl>
      <w:tblPr>
        <w:tblW w:type="auto" w:w="0"/>
        <w:tblLayout w:type="fixed"/>
        <w:tblLook w:firstColumn="1" w:firstRow="1" w:lastColumn="0" w:lastRow="0" w:noHBand="0" w:noVBand="1" w:val="04A0"/>
        <w:tblBorders>
          <w:top w:val="single" w:sz="6" w:color="BFBFBF"/>
          <w:left w:val="single" w:sz="6" w:color="BFBFBF"/>
          <w:bottom w:val="single" w:sz="6" w:color="BFBFBF"/>
          <w:right w:val="single" w:sz="6" w:color="BFBFBF"/>
          <w:insideH w:val="single" w:sz="6" w:color="BFBFBF"/>
          <w:insideV w:val="single" w:sz="6" w:color="BFBFBF"/>
        </w:tblBorders>
      </w:tblPr>
      <w:tblGrid>
        <w:gridCol w:w="4917"/>
        <w:gridCol w:w="4917"/>
      </w:tblGrid>
      <w:tr>
        <w:tc>
          <w:tcPr>
            <w:tcW w:type="dxa" w:w="4824"/>
            <w:vAlign w:val="center"/>
            <w:tcMar>
              <w:top w:w="100" w:type="dxa"/>
              <w:start w:w="90" w:type="dxa"/>
              <w:bottom w:w="100" w:type="dxa"/>
              <w:end w:w="90" w:type="dxa"/>
            </w:tcMar>
          </w:tcPr>
          <w:p>
            <w:r>
              <w:t>☐ Customer</w:t>
            </w:r>
          </w:p>
        </w:tc>
        <w:tc>
          <w:tcPr>
            <w:tcW w:type="dxa" w:w="4824"/>
            <w:vAlign w:val="center"/>
            <w:tcMar>
              <w:top w:w="100" w:type="dxa"/>
              <w:start w:w="90" w:type="dxa"/>
              <w:bottom w:w="100" w:type="dxa"/>
              <w:end w:w="90" w:type="dxa"/>
            </w:tcMar>
          </w:tcPr>
          <w:p>
            <w:r>
              <w:t>☐ Website visitor</w:t>
            </w:r>
          </w:p>
        </w:tc>
      </w:tr>
      <w:tr>
        <w:tc>
          <w:tcPr>
            <w:tcW w:type="dxa" w:w="4824"/>
            <w:vAlign w:val="center"/>
            <w:tcMar>
              <w:top w:w="100" w:type="dxa"/>
              <w:start w:w="90" w:type="dxa"/>
              <w:bottom w:w="100" w:type="dxa"/>
              <w:end w:w="90" w:type="dxa"/>
            </w:tcMar>
          </w:tcPr>
          <w:p>
            <w:r>
              <w:t>☐ Supplier or business partner</w:t>
            </w:r>
          </w:p>
        </w:tc>
        <w:tc>
          <w:tcPr>
            <w:tcW w:type="dxa" w:w="4824"/>
            <w:vAlign w:val="center"/>
            <w:tcMar>
              <w:top w:w="100" w:type="dxa"/>
              <w:start w:w="90" w:type="dxa"/>
              <w:bottom w:w="100" w:type="dxa"/>
              <w:end w:w="90" w:type="dxa"/>
            </w:tcMar>
          </w:tcPr>
          <w:p>
            <w:r>
              <w:t>☐ Other: ................................................</w:t>
            </w:r>
          </w:p>
        </w:tc>
      </w:tr>
    </w:tbl>
    <w:tbl>
      <w:tblPr>
        <w:tblW w:type="auto" w:w="0"/>
        <w:tblLayout w:type="fixed"/>
        <w:tblLook w:firstColumn="1" w:firstRow="1" w:lastColumn="0" w:lastRow="0" w:noHBand="0" w:noVBand="1" w:val="04A0"/>
        <w:tblBorders>
          <w:top w:val="single" w:sz="6" w:color="BFBFBF"/>
          <w:left w:val="single" w:sz="6" w:color="BFBFBF"/>
          <w:bottom w:val="single" w:sz="6" w:color="BFBFBF"/>
          <w:right w:val="single" w:sz="6" w:color="BFBFBF"/>
          <w:insideH w:val="single" w:sz="6" w:color="BFBFBF"/>
          <w:insideV w:val="single" w:sz="6" w:color="BFBFBF"/>
        </w:tblBorders>
      </w:tblPr>
      <w:tblGrid>
        <w:gridCol w:w="4917"/>
        <w:gridCol w:w="4917"/>
      </w:tblGrid>
      <w:tr>
        <w:tc>
          <w:tcPr>
            <w:tcW w:type="dxa" w:w="3168"/>
            <w:vAlign w:val="center"/>
            <w:tcMar>
              <w:top w:w="65" w:type="dxa"/>
              <w:start w:w="90" w:type="dxa"/>
              <w:bottom w:w="65" w:type="dxa"/>
              <w:end w:w="90" w:type="dxa"/>
            </w:tcMar>
          </w:tcPr>
          <w:p>
            <w:r>
              <w:rPr>
                <w:b/>
              </w:rPr>
              <w:t>Department or team you contacted</w:t>
            </w:r>
          </w:p>
        </w:tc>
        <w:tc>
          <w:tcPr>
            <w:tcW w:type="dxa" w:w="6480"/>
            <w:vAlign w:val="center"/>
            <w:tcMar>
              <w:top w:w="65" w:type="dxa"/>
              <w:start w:w="90" w:type="dxa"/>
              <w:bottom w:w="65" w:type="dxa"/>
              <w:end w:w="90" w:type="dxa"/>
            </w:tcMar>
          </w:tcPr>
          <w:p>
            <w:r/>
          </w:p>
        </w:tc>
      </w:tr>
      <w:tr>
        <w:tc>
          <w:tcPr>
            <w:tcW w:type="dxa" w:w="3168"/>
            <w:vAlign w:val="center"/>
            <w:tcMar>
              <w:top w:w="65" w:type="dxa"/>
              <w:start w:w="90" w:type="dxa"/>
              <w:bottom w:w="65" w:type="dxa"/>
              <w:end w:w="90" w:type="dxa"/>
            </w:tcMar>
          </w:tcPr>
          <w:p>
            <w:r>
              <w:rPr>
                <w:b/>
              </w:rPr>
              <w:t>Subject of your relationship or communication</w:t>
            </w:r>
          </w:p>
        </w:tc>
        <w:tc>
          <w:tcPr>
            <w:tcW w:type="dxa" w:w="6480"/>
            <w:vAlign w:val="center"/>
            <w:tcMar>
              <w:top w:w="65" w:type="dxa"/>
              <w:start w:w="90" w:type="dxa"/>
              <w:bottom w:w="65" w:type="dxa"/>
              <w:end w:w="90" w:type="dxa"/>
            </w:tcMar>
          </w:tcPr>
          <w:p>
            <w:r/>
          </w:p>
        </w:tc>
      </w:tr>
    </w:tbl>
    <w:p>
      <w:pPr>
        <w:pStyle w:val="Heading1"/>
      </w:pPr>
      <w:r>
        <w:rPr>
          <w:rFonts w:ascii="Arial" w:hAnsi="Arial"/>
        </w:rPr>
        <w:t>4. Your Request</w:t>
      </w:r>
    </w:p>
    <w:p>
      <w:r>
        <w:rPr>
          <w:rFonts w:ascii="Arial" w:hAnsi="Arial"/>
        </w:rPr>
        <w:t>Please select the right or rights you wish to exercise. Availability is subject to applicable law:</w:t>
      </w:r>
    </w:p>
    <w:p>
      <w:pPr>
        <w:spacing w:after="40"/>
      </w:pPr>
      <w:r>
        <w:rPr>
          <w:rFonts w:ascii="Arial" w:hAnsi="Arial"/>
        </w:rPr>
        <w:t>☐ Confirm whether my personal data is being processed and provide access to it.</w:t>
      </w:r>
    </w:p>
    <w:p>
      <w:pPr>
        <w:spacing w:after="40"/>
      </w:pPr>
      <w:r>
        <w:rPr>
          <w:rFonts w:ascii="Arial" w:hAnsi="Arial"/>
        </w:rPr>
        <w:t>☐ Provide information about the purposes, categories, sources, recipients and retention of my personal data.</w:t>
      </w:r>
    </w:p>
    <w:p>
      <w:pPr>
        <w:spacing w:after="40"/>
      </w:pPr>
      <w:r>
        <w:rPr>
          <w:rFonts w:ascii="Arial" w:hAnsi="Arial"/>
        </w:rPr>
        <w:t>☐ Correct inaccurate or incomplete personal data.</w:t>
      </w:r>
    </w:p>
    <w:p>
      <w:pPr>
        <w:spacing w:after="40"/>
      </w:pPr>
      <w:r>
        <w:rPr>
          <w:rFonts w:ascii="Arial" w:hAnsi="Arial"/>
        </w:rPr>
        <w:t>☐ Delete or erase my personal data where the legal conditions are met.</w:t>
      </w:r>
    </w:p>
    <w:p>
      <w:pPr>
        <w:spacing w:after="40"/>
      </w:pPr>
      <w:r>
        <w:rPr>
          <w:rFonts w:ascii="Arial" w:hAnsi="Arial"/>
        </w:rPr>
        <w:t>☐ Restrict the processing of my personal data where the legal conditions are met.</w:t>
      </w:r>
    </w:p>
    <w:p>
      <w:pPr>
        <w:spacing w:after="40"/>
      </w:pPr>
      <w:r>
        <w:rPr>
          <w:rFonts w:ascii="Arial" w:hAnsi="Arial"/>
        </w:rPr>
        <w:t>☐ Object to processing based on legitimate interests or to direct marketing.</w:t>
      </w:r>
    </w:p>
    <w:p>
      <w:pPr>
        <w:spacing w:after="40"/>
      </w:pPr>
      <w:r>
        <w:rPr>
          <w:rFonts w:ascii="Arial" w:hAnsi="Arial"/>
        </w:rPr>
        <w:t>☐ Provide personal data I supplied in a structured, commonly used and machine-readable format, and transmit it to another controller where applicable.</w:t>
      </w:r>
    </w:p>
    <w:p>
      <w:pPr>
        <w:spacing w:after="40"/>
      </w:pPr>
      <w:r>
        <w:rPr>
          <w:rFonts w:ascii="Arial" w:hAnsi="Arial"/>
        </w:rPr>
        <w:t>☐ Withdraw my consent. I understand that withdrawal does not affect processing carried out before withdrawal.</w:t>
      </w:r>
    </w:p>
    <w:p>
      <w:pPr>
        <w:spacing w:after="40"/>
      </w:pPr>
      <w:r>
        <w:rPr>
          <w:rFonts w:ascii="Arial" w:hAnsi="Arial"/>
        </w:rPr>
        <w:t>☐ Inform me of the third parties in Türkiye or abroad to whom my personal data has been transferred.</w:t>
      </w:r>
    </w:p>
    <w:p>
      <w:pPr>
        <w:spacing w:after="40"/>
      </w:pPr>
      <w:r>
        <w:rPr>
          <w:rFonts w:ascii="Arial" w:hAnsi="Arial"/>
        </w:rPr>
        <w:t>☐ Notify relevant recipients of a correction, deletion or restriction where required.</w:t>
      </w:r>
    </w:p>
    <w:p>
      <w:pPr>
        <w:spacing w:after="40"/>
      </w:pPr>
      <w:r>
        <w:rPr>
          <w:rFonts w:ascii="Arial" w:hAnsi="Arial"/>
        </w:rPr>
        <w:t>☐ Object to a decision based solely on automated processing that produces legal or similarly significant effects.</w:t>
      </w:r>
    </w:p>
    <w:p>
      <w:pPr>
        <w:spacing w:after="40"/>
      </w:pPr>
      <w:r>
        <w:rPr>
          <w:rFonts w:ascii="Arial" w:hAnsi="Arial"/>
        </w:rPr>
        <w:t>☐ Other privacy request: ........................................................................................................</w:t>
      </w:r>
    </w:p>
    <w:p>
      <w:r>
        <w:rPr>
          <w:rFonts w:ascii="Arial" w:hAnsi="Arial"/>
        </w:rPr>
        <w:t>Please describe your request clearly, including the personal data, correspondence, product or approximate dates concerned:</w:t>
      </w:r>
    </w:p>
    <w:p>
      <w:pPr>
        <w:spacing w:after="20"/>
      </w:pPr>
      <w:r>
        <w:rPr>
          <w:rFonts w:ascii="Arial" w:hAnsi="Arial"/>
        </w:rPr>
        <w:t>........................................................................................................................................................................</w:t>
      </w:r>
    </w:p>
    <w:p>
      <w:pPr>
        <w:spacing w:after="20"/>
      </w:pPr>
      <w:r>
        <w:rPr>
          <w:rFonts w:ascii="Arial" w:hAnsi="Arial"/>
        </w:rPr>
        <w:t>........................................................................................................................................................................</w:t>
      </w:r>
    </w:p>
    <w:p>
      <w:pPr>
        <w:spacing w:after="20"/>
      </w:pPr>
      <w:r>
        <w:rPr>
          <w:rFonts w:ascii="Arial" w:hAnsi="Arial"/>
        </w:rPr>
        <w:t>........................................................................................................................................................................</w:t>
      </w:r>
    </w:p>
    <w:p>
      <w:pPr>
        <w:spacing w:after="20"/>
      </w:pPr>
      <w:r>
        <w:rPr>
          <w:rFonts w:ascii="Arial" w:hAnsi="Arial"/>
        </w:rPr>
        <w:t>........................................................................................................................................................................</w:t>
      </w:r>
    </w:p>
    <w:p>
      <w:pPr>
        <w:spacing w:after="20"/>
      </w:pPr>
      <w:r>
        <w:rPr>
          <w:rFonts w:ascii="Arial" w:hAnsi="Arial"/>
        </w:rPr>
        <w:t>........................................................................................................................................................................</w:t>
      </w:r>
    </w:p>
    <w:p>
      <w:pPr>
        <w:spacing w:after="20"/>
      </w:pPr>
      <w:r>
        <w:rPr>
          <w:rFonts w:ascii="Arial" w:hAnsi="Arial"/>
        </w:rPr>
        <w:t>........................................................................................................................................................................</w:t>
      </w:r>
    </w:p>
    <w:p>
      <w:pPr>
        <w:spacing w:after="20"/>
      </w:pPr>
      <w:r>
        <w:rPr>
          <w:rFonts w:ascii="Arial" w:hAnsi="Arial"/>
        </w:rPr>
        <w:t>........................................................................................................................................................................</w:t>
      </w:r>
    </w:p>
    <w:p>
      <w:r>
        <w:rPr>
          <w:rFonts w:ascii="Arial" w:hAnsi="Arial"/>
        </w:rPr>
        <w:t>List any supporting information or documents attached to your request:</w:t>
      </w:r>
    </w:p>
    <w:p>
      <w:pPr>
        <w:spacing w:after="20"/>
      </w:pPr>
      <w:r>
        <w:rPr>
          <w:rFonts w:ascii="Arial" w:hAnsi="Arial"/>
        </w:rPr>
        <w:t>........................................................................................................................................................................</w:t>
      </w:r>
    </w:p>
    <w:p>
      <w:pPr>
        <w:spacing w:after="20"/>
      </w:pPr>
      <w:r>
        <w:rPr>
          <w:rFonts w:ascii="Arial" w:hAnsi="Arial"/>
        </w:rPr>
        <w:t>........................................................................................................................................................................</w:t>
      </w:r>
    </w:p>
    <w:p>
      <w:pPr>
        <w:spacing w:after="20"/>
      </w:pPr>
      <w:r>
        <w:rPr>
          <w:rFonts w:ascii="Arial" w:hAnsi="Arial"/>
        </w:rPr>
        <w:t>........................................................................................................................................................................</w:t>
      </w:r>
    </w:p>
    <w:p>
      <w:pPr>
        <w:pStyle w:val="Heading1"/>
      </w:pPr>
      <w:r>
        <w:rPr>
          <w:rFonts w:ascii="Arial" w:hAnsi="Arial"/>
        </w:rPr>
        <w:t>5. Preferred Response Method</w:t>
      </w:r>
    </w:p>
    <w:p>
      <w:r>
        <w:rPr>
          <w:rFonts w:ascii="Arial" w:hAnsi="Arial"/>
        </w:rPr>
        <w:t>☐ Send the response to my postal address stated above.</w:t>
      </w:r>
    </w:p>
    <w:p>
      <w:r>
        <w:rPr>
          <w:rFonts w:ascii="Arial" w:hAnsi="Arial"/>
        </w:rPr>
        <w:t>☐ Send the response to my email address stated above.</w:t>
      </w:r>
    </w:p>
    <w:p>
      <w:r>
        <w:rPr>
          <w:rFonts w:ascii="Arial" w:hAnsi="Arial"/>
        </w:rPr>
        <w:t>☐ I will collect the response in person from the Company address.</w:t>
      </w:r>
    </w:p>
    <w:p>
      <w:r>
        <w:rPr>
          <w:rFonts w:ascii="Arial" w:hAnsi="Arial"/>
        </w:rPr>
        <w:t>If a response is collected by a representative, appropriate proof of authority and identification must be provided.</w:t>
      </w:r>
    </w:p>
    <w:p>
      <w:pPr>
        <w:pStyle w:val="Heading1"/>
      </w:pPr>
      <w:r>
        <w:rPr>
          <w:rFonts w:ascii="Arial" w:hAnsi="Arial"/>
        </w:rPr>
        <w:t>6. Declaration</w:t>
      </w:r>
    </w:p>
    <w:p>
      <w:r>
        <w:rPr>
          <w:rFonts w:ascii="Arial" w:hAnsi="Arial"/>
        </w:rPr>
        <w:t>I confirm that the information supplied in this form is accurate and current and that I am making this request for myself or as a duly authorised representative. I understand that the Company may request proportionate additional information to verify identity, authority and the scope of the request. Information collected through this form will be used to verify, administer and respond to the request and to comply with legal obligations.</w:t>
      </w:r>
    </w:p>
    <w:tbl>
      <w:tblPr>
        <w:tblW w:type="auto" w:w="0"/>
        <w:tblLayout w:type="fixed"/>
        <w:tblLook w:firstColumn="1" w:firstRow="1" w:lastColumn="0" w:lastRow="0" w:noHBand="0" w:noVBand="1" w:val="04A0"/>
        <w:tblBorders>
          <w:top w:val="single" w:sz="6" w:color="BFBFBF"/>
          <w:left w:val="single" w:sz="6" w:color="BFBFBF"/>
          <w:bottom w:val="single" w:sz="6" w:color="BFBFBF"/>
          <w:right w:val="single" w:sz="6" w:color="BFBFBF"/>
          <w:insideH w:val="single" w:sz="6" w:color="BFBFBF"/>
          <w:insideV w:val="single" w:sz="6" w:color="BFBFBF"/>
        </w:tblBorders>
      </w:tblPr>
      <w:tblGrid>
        <w:gridCol w:w="4917"/>
        <w:gridCol w:w="4917"/>
      </w:tblGrid>
      <w:tr>
        <w:tc>
          <w:tcPr>
            <w:tcW w:type="dxa" w:w="3168"/>
            <w:vAlign w:val="center"/>
            <w:tcMar>
              <w:top w:w="65" w:type="dxa"/>
              <w:start w:w="90" w:type="dxa"/>
              <w:bottom w:w="65" w:type="dxa"/>
              <w:end w:w="90" w:type="dxa"/>
            </w:tcMar>
          </w:tcPr>
          <w:p>
            <w:r>
              <w:rPr>
                <w:b/>
              </w:rPr>
              <w:t>Name of the data subject or authorised representative</w:t>
            </w:r>
          </w:p>
        </w:tc>
        <w:tc>
          <w:tcPr>
            <w:tcW w:type="dxa" w:w="6480"/>
            <w:vAlign w:val="center"/>
            <w:tcMar>
              <w:top w:w="65" w:type="dxa"/>
              <w:start w:w="90" w:type="dxa"/>
              <w:bottom w:w="65" w:type="dxa"/>
              <w:end w:w="90" w:type="dxa"/>
            </w:tcMar>
          </w:tcPr>
          <w:p>
            <w:r/>
          </w:p>
        </w:tc>
      </w:tr>
      <w:tr>
        <w:tc>
          <w:tcPr>
            <w:tcW w:type="dxa" w:w="3168"/>
            <w:vAlign w:val="center"/>
            <w:tcMar>
              <w:top w:w="65" w:type="dxa"/>
              <w:start w:w="90" w:type="dxa"/>
              <w:bottom w:w="65" w:type="dxa"/>
              <w:end w:w="90" w:type="dxa"/>
            </w:tcMar>
          </w:tcPr>
          <w:p>
            <w:r>
              <w:rPr>
                <w:b/>
              </w:rPr>
              <w:t>Capacity if signing as a representative</w:t>
            </w:r>
          </w:p>
        </w:tc>
        <w:tc>
          <w:tcPr>
            <w:tcW w:type="dxa" w:w="6480"/>
            <w:vAlign w:val="center"/>
            <w:tcMar>
              <w:top w:w="65" w:type="dxa"/>
              <w:start w:w="90" w:type="dxa"/>
              <w:bottom w:w="65" w:type="dxa"/>
              <w:end w:w="90" w:type="dxa"/>
            </w:tcMar>
          </w:tcPr>
          <w:p>
            <w:r/>
          </w:p>
        </w:tc>
      </w:tr>
      <w:tr>
        <w:tc>
          <w:tcPr>
            <w:tcW w:type="dxa" w:w="3168"/>
            <w:vAlign w:val="center"/>
            <w:tcMar>
              <w:top w:w="65" w:type="dxa"/>
              <w:start w:w="90" w:type="dxa"/>
              <w:bottom w:w="65" w:type="dxa"/>
              <w:end w:w="90" w:type="dxa"/>
            </w:tcMar>
          </w:tcPr>
          <w:p>
            <w:r>
              <w:rPr>
                <w:b/>
              </w:rPr>
              <w:t>Date</w:t>
            </w:r>
          </w:p>
        </w:tc>
        <w:tc>
          <w:tcPr>
            <w:tcW w:type="dxa" w:w="6480"/>
            <w:vAlign w:val="center"/>
            <w:tcMar>
              <w:top w:w="65" w:type="dxa"/>
              <w:start w:w="90" w:type="dxa"/>
              <w:bottom w:w="65" w:type="dxa"/>
              <w:end w:w="90" w:type="dxa"/>
            </w:tcMar>
          </w:tcPr>
          <w:p>
            <w:r/>
          </w:p>
        </w:tc>
      </w:tr>
      <w:tr>
        <w:tc>
          <w:tcPr>
            <w:tcW w:type="dxa" w:w="3168"/>
            <w:vAlign w:val="center"/>
            <w:tcMar>
              <w:top w:w="65" w:type="dxa"/>
              <w:start w:w="90" w:type="dxa"/>
              <w:bottom w:w="65" w:type="dxa"/>
              <w:end w:w="90" w:type="dxa"/>
            </w:tcMar>
          </w:tcPr>
          <w:p>
            <w:r>
              <w:rPr>
                <w:b/>
              </w:rPr>
              <w:t>Signature for written requests</w:t>
            </w:r>
          </w:p>
        </w:tc>
        <w:tc>
          <w:tcPr>
            <w:tcW w:type="dxa" w:w="6480"/>
            <w:vAlign w:val="center"/>
            <w:tcMar>
              <w:top w:w="65" w:type="dxa"/>
              <w:start w:w="90" w:type="dxa"/>
              <w:bottom w:w="65" w:type="dxa"/>
              <w:end w:w="90" w:type="dxa"/>
            </w:tcMar>
          </w:tcPr>
          <w:p>
            <w:r/>
          </w:p>
        </w:tc>
      </w:tr>
    </w:tbl>
    <w:sectPr w:rsidR="00FC693F" w:rsidRPr="0006063C" w:rsidSect="00034616">
      <w:footerReference w:type="default" r:id="rId9"/>
      <w:pgSz w:w="11909" w:h="16834"/>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46464"/>
        <w:sz w:val="16"/>
      </w:rPr>
      <w:t>Sinus Elektronik Sanayi ve Ticaret Limited Şirketi | Cuppon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Theme="majorHAnsi" w:eastAsiaTheme="majorEastAsia" w:hAnsiTheme="majorHAnsi" w:cstheme="majorBidi" w:ascii="Arial" w:hAnsi="Arial"/>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