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rial" w:hAnsi="Arial"/>
        </w:rPr>
        <w:t>KVKK İLGİLİ KİŞİ BAŞVURU FORMU</w:t>
      </w:r>
    </w:p>
    <w:p>
      <w:pPr>
        <w:jc w:val="center"/>
      </w:pPr>
      <w:r>
        <w:rPr>
          <w:rFonts w:ascii="Arial" w:hAnsi="Arial"/>
          <w:b/>
          <w:sz w:val="23"/>
        </w:rPr>
        <w:t>Sinus Elektronik Sanayi ve Ticaret Limited Şirketi</w:t>
      </w:r>
    </w:p>
    <w:p>
      <w:r>
        <w:rPr>
          <w:rFonts w:ascii="Arial" w:hAnsi="Arial"/>
        </w:rPr>
        <w:t>6698 sayılı Kişisel Verilerin Korunması Kanunu’nun (“KVKK”) 11’inci maddesi kapsamında kişisel verilerinize ilişkin taleplerinizi bu form aracılığıyla Sinus Elektronik Sanayi ve Ticaret Limited Şirketi’ne (“Şirket” veya “Cuppon”) iletebilirsiniz. Haklarınıza ve veri işleme faaliyetlerimize ilişkin ayrıntılı bilgiye https://cuppon.com.tr/legal/kvkk-aydinlatma-metni adresindeki KVKK Aydınlatma Metni’nden ulaşabilirsiniz.</w:t>
      </w:r>
    </w:p>
    <w:p>
      <w:pPr>
        <w:pStyle w:val="Heading1"/>
      </w:pPr>
      <w:r>
        <w:rPr>
          <w:rFonts w:ascii="Arial" w:hAnsi="Arial"/>
        </w:rPr>
        <w:t>1. Başvuru Yöntemleri</w:t>
      </w:r>
    </w:p>
    <w:tbl>
      <w:tblPr>
        <w:tblW w:type="auto" w:w="0"/>
        <w:tblLayout w:type="fixed"/>
        <w:tblLook w:firstColumn="1" w:firstRow="1" w:lastColumn="0" w:lastRow="0" w:noHBand="0" w:noVBand="1" w:val="04A0"/>
        <w:tblBorders>
          <w:top w:val="single" w:sz="6" w:color="BFBFBF"/>
          <w:left w:val="single" w:sz="6" w:color="BFBFBF"/>
          <w:bottom w:val="single" w:sz="6" w:color="BFBFBF"/>
          <w:right w:val="single" w:sz="6" w:color="BFBFBF"/>
          <w:insideH w:val="single" w:sz="6" w:color="BFBFBF"/>
          <w:insideV w:val="single" w:sz="6" w:color="BFBFBF"/>
        </w:tblBorders>
      </w:tblPr>
      <w:tblGrid>
        <w:gridCol w:w="4917"/>
        <w:gridCol w:w="4917"/>
      </w:tblGrid>
      <w:tr>
        <w:tc>
          <w:tcPr>
            <w:tcW w:type="dxa" w:w="4608"/>
            <w:vAlign w:val="center"/>
            <w:tcMar>
              <w:top w:w="65" w:type="dxa"/>
              <w:start w:w="90" w:type="dxa"/>
              <w:bottom w:w="65" w:type="dxa"/>
              <w:end w:w="90" w:type="dxa"/>
            </w:tcMar>
            <w:shd w:fill="E7E6E6"/>
          </w:tcPr>
          <w:p>
            <w:r>
              <w:rPr>
                <w:b/>
              </w:rPr>
              <w:t>Başvuru yöntemi</w:t>
            </w:r>
          </w:p>
        </w:tc>
        <w:tc>
          <w:tcPr>
            <w:tcW w:type="dxa" w:w="5040"/>
            <w:vAlign w:val="center"/>
            <w:tcMar>
              <w:top w:w="65" w:type="dxa"/>
              <w:start w:w="90" w:type="dxa"/>
              <w:bottom w:w="65" w:type="dxa"/>
              <w:end w:w="90" w:type="dxa"/>
            </w:tcMar>
            <w:shd w:fill="E7E6E6"/>
          </w:tcPr>
          <w:p>
            <w:r>
              <w:rPr>
                <w:b/>
              </w:rPr>
              <w:t>Başvurunun gönderileceği adres</w:t>
            </w:r>
          </w:p>
        </w:tc>
      </w:tr>
      <w:tr>
        <w:tc>
          <w:tcPr>
            <w:tcW w:type="dxa" w:w="4608"/>
            <w:vAlign w:val="center"/>
            <w:tcMar>
              <w:top w:w="65" w:type="dxa"/>
              <w:start w:w="90" w:type="dxa"/>
              <w:bottom w:w="65" w:type="dxa"/>
              <w:end w:w="90" w:type="dxa"/>
            </w:tcMar>
          </w:tcPr>
          <w:p>
            <w:r>
              <w:t>Şahsen veya noter aracılığıyla yazılı başvuru</w:t>
            </w:r>
          </w:p>
        </w:tc>
        <w:tc>
          <w:tcPr>
            <w:tcW w:type="dxa" w:w="5040"/>
            <w:vAlign w:val="center"/>
            <w:tcMar>
              <w:top w:w="65" w:type="dxa"/>
              <w:start w:w="90" w:type="dxa"/>
              <w:bottom w:w="65" w:type="dxa"/>
              <w:end w:w="90" w:type="dxa"/>
            </w:tcMar>
          </w:tcPr>
          <w:p>
            <w:r>
              <w:t>Şerifali Mahallesi Edep Sokak No: 42/1 Ümraniye, İstanbul</w:t>
            </w:r>
          </w:p>
        </w:tc>
      </w:tr>
      <w:tr>
        <w:tc>
          <w:tcPr>
            <w:tcW w:type="dxa" w:w="4608"/>
            <w:vAlign w:val="center"/>
            <w:tcMar>
              <w:top w:w="65" w:type="dxa"/>
              <w:start w:w="90" w:type="dxa"/>
              <w:bottom w:w="65" w:type="dxa"/>
              <w:end w:w="90" w:type="dxa"/>
            </w:tcMar>
          </w:tcPr>
          <w:p>
            <w:r>
              <w:t>Şirkete daha önce bildirilmiş ve sistemimizde kayıtlı e-posta adresinden başvuru</w:t>
            </w:r>
          </w:p>
        </w:tc>
        <w:tc>
          <w:tcPr>
            <w:tcW w:type="dxa" w:w="5040"/>
            <w:vAlign w:val="center"/>
            <w:tcMar>
              <w:top w:w="65" w:type="dxa"/>
              <w:start w:w="90" w:type="dxa"/>
              <w:bottom w:w="65" w:type="dxa"/>
              <w:end w:w="90" w:type="dxa"/>
            </w:tcMar>
          </w:tcPr>
          <w:p>
            <w:r>
              <w:t>contact@cuppon.com.tr</w:t>
            </w:r>
          </w:p>
        </w:tc>
      </w:tr>
      <w:tr>
        <w:tc>
          <w:tcPr>
            <w:tcW w:type="dxa" w:w="4608"/>
            <w:vAlign w:val="center"/>
            <w:tcMar>
              <w:top w:w="65" w:type="dxa"/>
              <w:start w:w="90" w:type="dxa"/>
              <w:bottom w:w="65" w:type="dxa"/>
              <w:end w:w="90" w:type="dxa"/>
            </w:tcMar>
          </w:tcPr>
          <w:p>
            <w:r>
              <w:t>Güvenli elektronik imza veya mobil imza ile imzalanmış başvurunun KEP yoluyla gönderilmesi</w:t>
            </w:r>
          </w:p>
        </w:tc>
        <w:tc>
          <w:tcPr>
            <w:tcW w:type="dxa" w:w="5040"/>
            <w:vAlign w:val="center"/>
            <w:tcMar>
              <w:top w:w="65" w:type="dxa"/>
              <w:start w:w="90" w:type="dxa"/>
              <w:bottom w:w="65" w:type="dxa"/>
              <w:end w:w="90" w:type="dxa"/>
            </w:tcMar>
          </w:tcPr>
          <w:p>
            <w:r>
              <w:t>sinuselektronik@hs01.kep.tr</w:t>
            </w:r>
          </w:p>
        </w:tc>
      </w:tr>
    </w:tbl>
    <w:p>
      <w:r>
        <w:rPr>
          <w:rFonts w:ascii="Arial" w:hAnsi="Arial"/>
        </w:rPr>
        <w:t>Başvurunun gönderildiği zarfın veya e-postanın konu kısmına “Kişisel Verilerin Korunması Kanunu İlgili Kişi Talebi” yazılması önerilir. Şahsen yapılan başvurularda kimlik doğrulamaya elverişli belge ibraz edilmelidir. Kimlik belgesinin gereksiz bölümlerinin kopyalanmaması ve özel nitelikli kişisel verilerin paylaşılmaması gerekir.</w:t>
      </w:r>
    </w:p>
    <w:p>
      <w:r>
        <w:rPr>
          <w:rFonts w:ascii="Arial" w:hAnsi="Arial"/>
        </w:rPr>
        <w:t>Başvurular, talebin niteliğine göre en kısa sürede ve en geç 30 gün içinde ücretsiz olarak sonuçlandırılır. İşlemin ayrıca bir maliyet gerektirmesi hâlinde Kişisel Verileri Koruma Kurulu tarafından belirlenen tarifedeki ücret uygulanabilir.</w:t>
      </w:r>
    </w:p>
    <w:p>
      <w:pPr>
        <w:pStyle w:val="Heading1"/>
      </w:pPr>
      <w:r>
        <w:rPr>
          <w:rFonts w:ascii="Arial" w:hAnsi="Arial"/>
        </w:rPr>
        <w:t>2. Başvuru Sahibinin Kimlik ve İletişim Bilgileri</w:t>
      </w:r>
    </w:p>
    <w:tbl>
      <w:tblPr>
        <w:tblW w:type="auto" w:w="0"/>
        <w:tblLayout w:type="fixed"/>
        <w:tblLook w:firstColumn="1" w:firstRow="1" w:lastColumn="0" w:lastRow="0" w:noHBand="0" w:noVBand="1" w:val="04A0"/>
        <w:tblBorders>
          <w:top w:val="single" w:sz="6" w:color="BFBFBF"/>
          <w:left w:val="single" w:sz="6" w:color="BFBFBF"/>
          <w:bottom w:val="single" w:sz="6" w:color="BFBFBF"/>
          <w:right w:val="single" w:sz="6" w:color="BFBFBF"/>
          <w:insideH w:val="single" w:sz="6" w:color="BFBFBF"/>
          <w:insideV w:val="single" w:sz="6" w:color="BFBFBF"/>
        </w:tblBorders>
      </w:tblPr>
      <w:tblGrid>
        <w:gridCol w:w="4917"/>
        <w:gridCol w:w="4917"/>
      </w:tblGrid>
      <w:tr>
        <w:tc>
          <w:tcPr>
            <w:tcW w:type="dxa" w:w="3096"/>
            <w:vAlign w:val="center"/>
            <w:tcMar>
              <w:top w:w="65" w:type="dxa"/>
              <w:start w:w="90" w:type="dxa"/>
              <w:bottom w:w="65" w:type="dxa"/>
              <w:end w:w="90" w:type="dxa"/>
            </w:tcMar>
          </w:tcPr>
          <w:p>
            <w:r>
              <w:rPr>
                <w:b/>
              </w:rPr>
              <w:t>Ad</w:t>
            </w:r>
          </w:p>
        </w:tc>
        <w:tc>
          <w:tcPr>
            <w:tcW w:type="dxa" w:w="6552"/>
            <w:vAlign w:val="center"/>
            <w:tcMar>
              <w:top w:w="65" w:type="dxa"/>
              <w:start w:w="90" w:type="dxa"/>
              <w:bottom w:w="65" w:type="dxa"/>
              <w:end w:w="90" w:type="dxa"/>
            </w:tcMar>
          </w:tcPr>
          <w:p>
            <w:r/>
          </w:p>
        </w:tc>
      </w:tr>
      <w:tr>
        <w:tc>
          <w:tcPr>
            <w:tcW w:type="dxa" w:w="3096"/>
            <w:vAlign w:val="center"/>
            <w:tcMar>
              <w:top w:w="65" w:type="dxa"/>
              <w:start w:w="90" w:type="dxa"/>
              <w:bottom w:w="65" w:type="dxa"/>
              <w:end w:w="90" w:type="dxa"/>
            </w:tcMar>
          </w:tcPr>
          <w:p>
            <w:r>
              <w:rPr>
                <w:b/>
              </w:rPr>
              <w:t>Soyad</w:t>
            </w:r>
          </w:p>
        </w:tc>
        <w:tc>
          <w:tcPr>
            <w:tcW w:type="dxa" w:w="6552"/>
            <w:vAlign w:val="center"/>
            <w:tcMar>
              <w:top w:w="65" w:type="dxa"/>
              <w:start w:w="90" w:type="dxa"/>
              <w:bottom w:w="65" w:type="dxa"/>
              <w:end w:w="90" w:type="dxa"/>
            </w:tcMar>
          </w:tcPr>
          <w:p>
            <w:r/>
          </w:p>
        </w:tc>
      </w:tr>
      <w:tr>
        <w:tc>
          <w:tcPr>
            <w:tcW w:type="dxa" w:w="3096"/>
            <w:vAlign w:val="center"/>
            <w:tcMar>
              <w:top w:w="65" w:type="dxa"/>
              <w:start w:w="90" w:type="dxa"/>
              <w:bottom w:w="65" w:type="dxa"/>
              <w:end w:w="90" w:type="dxa"/>
            </w:tcMar>
          </w:tcPr>
          <w:p>
            <w:r>
              <w:rPr>
                <w:b/>
              </w:rPr>
              <w:t>T.C. vatandaşı ise T.C. kimlik numarası</w:t>
            </w:r>
          </w:p>
        </w:tc>
        <w:tc>
          <w:tcPr>
            <w:tcW w:type="dxa" w:w="6552"/>
            <w:vAlign w:val="center"/>
            <w:tcMar>
              <w:top w:w="65" w:type="dxa"/>
              <w:start w:w="90" w:type="dxa"/>
              <w:bottom w:w="65" w:type="dxa"/>
              <w:end w:w="90" w:type="dxa"/>
            </w:tcMar>
          </w:tcPr>
          <w:p>
            <w:r/>
          </w:p>
        </w:tc>
      </w:tr>
      <w:tr>
        <w:tc>
          <w:tcPr>
            <w:tcW w:type="dxa" w:w="3096"/>
            <w:vAlign w:val="center"/>
            <w:tcMar>
              <w:top w:w="65" w:type="dxa"/>
              <w:start w:w="90" w:type="dxa"/>
              <w:bottom w:w="65" w:type="dxa"/>
              <w:end w:w="90" w:type="dxa"/>
            </w:tcMar>
          </w:tcPr>
          <w:p>
            <w:r>
              <w:rPr>
                <w:b/>
              </w:rPr>
              <w:t>Yabancı ise uyruğu</w:t>
            </w:r>
          </w:p>
        </w:tc>
        <w:tc>
          <w:tcPr>
            <w:tcW w:type="dxa" w:w="6552"/>
            <w:vAlign w:val="center"/>
            <w:tcMar>
              <w:top w:w="65" w:type="dxa"/>
              <w:start w:w="90" w:type="dxa"/>
              <w:bottom w:w="65" w:type="dxa"/>
              <w:end w:w="90" w:type="dxa"/>
            </w:tcMar>
          </w:tcPr>
          <w:p>
            <w:r/>
          </w:p>
        </w:tc>
      </w:tr>
      <w:tr>
        <w:tc>
          <w:tcPr>
            <w:tcW w:type="dxa" w:w="3096"/>
            <w:vAlign w:val="center"/>
            <w:tcMar>
              <w:top w:w="65" w:type="dxa"/>
              <w:start w:w="90" w:type="dxa"/>
              <w:bottom w:w="65" w:type="dxa"/>
              <w:end w:w="90" w:type="dxa"/>
            </w:tcMar>
          </w:tcPr>
          <w:p>
            <w:r>
              <w:rPr>
                <w:b/>
              </w:rPr>
              <w:t>Yabancı ise pasaport veya kimlik numarası</w:t>
            </w:r>
          </w:p>
        </w:tc>
        <w:tc>
          <w:tcPr>
            <w:tcW w:type="dxa" w:w="6552"/>
            <w:vAlign w:val="center"/>
            <w:tcMar>
              <w:top w:w="65" w:type="dxa"/>
              <w:start w:w="90" w:type="dxa"/>
              <w:bottom w:w="65" w:type="dxa"/>
              <w:end w:w="90" w:type="dxa"/>
            </w:tcMar>
          </w:tcPr>
          <w:p>
            <w:r/>
          </w:p>
        </w:tc>
      </w:tr>
      <w:tr>
        <w:tc>
          <w:tcPr>
            <w:tcW w:type="dxa" w:w="3096"/>
            <w:vAlign w:val="center"/>
            <w:tcMar>
              <w:top w:w="65" w:type="dxa"/>
              <w:start w:w="90" w:type="dxa"/>
              <w:bottom w:w="65" w:type="dxa"/>
              <w:end w:w="90" w:type="dxa"/>
            </w:tcMar>
          </w:tcPr>
          <w:p>
            <w:r>
              <w:rPr>
                <w:b/>
              </w:rPr>
              <w:t>Tebligata esas yerleşim yeri veya iş yeri adresi</w:t>
            </w:r>
          </w:p>
        </w:tc>
        <w:tc>
          <w:tcPr>
            <w:tcW w:type="dxa" w:w="6552"/>
            <w:vAlign w:val="center"/>
            <w:tcMar>
              <w:top w:w="65" w:type="dxa"/>
              <w:start w:w="90" w:type="dxa"/>
              <w:bottom w:w="65" w:type="dxa"/>
              <w:end w:w="90" w:type="dxa"/>
            </w:tcMar>
          </w:tcPr>
          <w:p>
            <w:r/>
          </w:p>
        </w:tc>
      </w:tr>
      <w:tr>
        <w:tc>
          <w:tcPr>
            <w:tcW w:type="dxa" w:w="3096"/>
            <w:vAlign w:val="center"/>
            <w:tcMar>
              <w:top w:w="65" w:type="dxa"/>
              <w:start w:w="90" w:type="dxa"/>
              <w:bottom w:w="65" w:type="dxa"/>
              <w:end w:w="90" w:type="dxa"/>
            </w:tcMar>
          </w:tcPr>
          <w:p>
            <w:r>
              <w:rPr>
                <w:b/>
              </w:rPr>
              <w:t>E-posta adresi</w:t>
            </w:r>
          </w:p>
        </w:tc>
        <w:tc>
          <w:tcPr>
            <w:tcW w:type="dxa" w:w="6552"/>
            <w:vAlign w:val="center"/>
            <w:tcMar>
              <w:top w:w="65" w:type="dxa"/>
              <w:start w:w="90" w:type="dxa"/>
              <w:bottom w:w="65" w:type="dxa"/>
              <w:end w:w="90" w:type="dxa"/>
            </w:tcMar>
          </w:tcPr>
          <w:p>
            <w:r/>
          </w:p>
        </w:tc>
      </w:tr>
      <w:tr>
        <w:tc>
          <w:tcPr>
            <w:tcW w:type="dxa" w:w="3096"/>
            <w:vAlign w:val="center"/>
            <w:tcMar>
              <w:top w:w="65" w:type="dxa"/>
              <w:start w:w="90" w:type="dxa"/>
              <w:bottom w:w="65" w:type="dxa"/>
              <w:end w:w="90" w:type="dxa"/>
            </w:tcMar>
          </w:tcPr>
          <w:p>
            <w:r>
              <w:rPr>
                <w:b/>
              </w:rPr>
              <w:t>Telefon numarası</w:t>
            </w:r>
          </w:p>
        </w:tc>
        <w:tc>
          <w:tcPr>
            <w:tcW w:type="dxa" w:w="6552"/>
            <w:vAlign w:val="center"/>
            <w:tcMar>
              <w:top w:w="65" w:type="dxa"/>
              <w:start w:w="90" w:type="dxa"/>
              <w:bottom w:w="65" w:type="dxa"/>
              <w:end w:w="90" w:type="dxa"/>
            </w:tcMar>
          </w:tcPr>
          <w:p>
            <w:r/>
          </w:p>
        </w:tc>
      </w:tr>
      <w:tr>
        <w:tc>
          <w:tcPr>
            <w:tcW w:type="dxa" w:w="3096"/>
            <w:vAlign w:val="center"/>
            <w:tcMar>
              <w:top w:w="65" w:type="dxa"/>
              <w:start w:w="90" w:type="dxa"/>
              <w:bottom w:w="65" w:type="dxa"/>
              <w:end w:w="90" w:type="dxa"/>
            </w:tcMar>
          </w:tcPr>
          <w:p>
            <w:r>
              <w:rPr>
                <w:b/>
              </w:rPr>
              <w:t>Faks numarası varsa</w:t>
            </w:r>
          </w:p>
        </w:tc>
        <w:tc>
          <w:tcPr>
            <w:tcW w:type="dxa" w:w="6552"/>
            <w:vAlign w:val="center"/>
            <w:tcMar>
              <w:top w:w="65" w:type="dxa"/>
              <w:start w:w="90" w:type="dxa"/>
              <w:bottom w:w="65" w:type="dxa"/>
              <w:end w:w="90" w:type="dxa"/>
            </w:tcMar>
          </w:tcPr>
          <w:p>
            <w:r/>
          </w:p>
        </w:tc>
      </w:tr>
    </w:tbl>
    <w:p>
      <w:pPr>
        <w:pStyle w:val="Heading1"/>
      </w:pPr>
      <w:r>
        <w:rPr>
          <w:rFonts w:ascii="Arial" w:hAnsi="Arial"/>
        </w:rPr>
        <w:t>3. Şirket ile İlişkiniz</w:t>
      </w:r>
    </w:p>
    <w:tbl>
      <w:tblPr>
        <w:tblW w:type="auto" w:w="0"/>
        <w:tblLayout w:type="fixed"/>
        <w:tblLook w:firstColumn="1" w:firstRow="1" w:lastColumn="0" w:lastRow="0" w:noHBand="0" w:noVBand="1" w:val="04A0"/>
        <w:tblBorders>
          <w:top w:val="single" w:sz="6" w:color="BFBFBF"/>
          <w:left w:val="single" w:sz="6" w:color="BFBFBF"/>
          <w:bottom w:val="single" w:sz="6" w:color="BFBFBF"/>
          <w:right w:val="single" w:sz="6" w:color="BFBFBF"/>
          <w:insideH w:val="single" w:sz="6" w:color="BFBFBF"/>
          <w:insideV w:val="single" w:sz="6" w:color="BFBFBF"/>
        </w:tblBorders>
      </w:tblPr>
      <w:tblGrid>
        <w:gridCol w:w="4917"/>
        <w:gridCol w:w="4917"/>
      </w:tblGrid>
      <w:tr>
        <w:tc>
          <w:tcPr>
            <w:tcW w:type="dxa" w:w="4824"/>
            <w:vAlign w:val="center"/>
            <w:tcMar>
              <w:top w:w="100" w:type="dxa"/>
              <w:start w:w="90" w:type="dxa"/>
              <w:bottom w:w="100" w:type="dxa"/>
              <w:end w:w="90" w:type="dxa"/>
            </w:tcMar>
          </w:tcPr>
          <w:p>
            <w:r>
              <w:t>☐ Müşteri</w:t>
            </w:r>
          </w:p>
        </w:tc>
        <w:tc>
          <w:tcPr>
            <w:tcW w:type="dxa" w:w="4824"/>
            <w:vAlign w:val="center"/>
            <w:tcMar>
              <w:top w:w="100" w:type="dxa"/>
              <w:start w:w="90" w:type="dxa"/>
              <w:bottom w:w="100" w:type="dxa"/>
              <w:end w:w="90" w:type="dxa"/>
            </w:tcMar>
          </w:tcPr>
          <w:p>
            <w:r>
              <w:t>☐ Ziyaretçi</w:t>
            </w:r>
          </w:p>
        </w:tc>
      </w:tr>
      <w:tr>
        <w:tc>
          <w:tcPr>
            <w:tcW w:type="dxa" w:w="4824"/>
            <w:vAlign w:val="center"/>
            <w:tcMar>
              <w:top w:w="100" w:type="dxa"/>
              <w:start w:w="90" w:type="dxa"/>
              <w:bottom w:w="100" w:type="dxa"/>
              <w:end w:w="90" w:type="dxa"/>
            </w:tcMar>
          </w:tcPr>
          <w:p>
            <w:r>
              <w:t>☐ Tedarikçi veya iş ortağı</w:t>
            </w:r>
          </w:p>
        </w:tc>
        <w:tc>
          <w:tcPr>
            <w:tcW w:type="dxa" w:w="4824"/>
            <w:vAlign w:val="center"/>
            <w:tcMar>
              <w:top w:w="100" w:type="dxa"/>
              <w:start w:w="90" w:type="dxa"/>
              <w:bottom w:w="100" w:type="dxa"/>
              <w:end w:w="90" w:type="dxa"/>
            </w:tcMar>
          </w:tcPr>
          <w:p>
            <w:r>
              <w:t>☐ Diğer: ........................................................</w:t>
            </w:r>
          </w:p>
        </w:tc>
      </w:tr>
    </w:tbl>
    <w:tbl>
      <w:tblPr>
        <w:tblW w:type="auto" w:w="0"/>
        <w:tblLayout w:type="fixed"/>
        <w:tblLook w:firstColumn="1" w:firstRow="1" w:lastColumn="0" w:lastRow="0" w:noHBand="0" w:noVBand="1" w:val="04A0"/>
        <w:tblBorders>
          <w:top w:val="single" w:sz="6" w:color="BFBFBF"/>
          <w:left w:val="single" w:sz="6" w:color="BFBFBF"/>
          <w:bottom w:val="single" w:sz="6" w:color="BFBFBF"/>
          <w:right w:val="single" w:sz="6" w:color="BFBFBF"/>
          <w:insideH w:val="single" w:sz="6" w:color="BFBFBF"/>
          <w:insideV w:val="single" w:sz="6" w:color="BFBFBF"/>
        </w:tblBorders>
      </w:tblPr>
      <w:tblGrid>
        <w:gridCol w:w="4917"/>
        <w:gridCol w:w="4917"/>
      </w:tblGrid>
      <w:tr>
        <w:tc>
          <w:tcPr>
            <w:tcW w:type="dxa" w:w="3096"/>
            <w:vAlign w:val="center"/>
            <w:tcMar>
              <w:top w:w="65" w:type="dxa"/>
              <w:start w:w="90" w:type="dxa"/>
              <w:bottom w:w="65" w:type="dxa"/>
              <w:end w:w="90" w:type="dxa"/>
            </w:tcMar>
          </w:tcPr>
          <w:p>
            <w:r>
              <w:rPr>
                <w:b/>
              </w:rPr>
              <w:t>İletişimde olduğunuz birim veya departman</w:t>
            </w:r>
          </w:p>
        </w:tc>
        <w:tc>
          <w:tcPr>
            <w:tcW w:type="dxa" w:w="6552"/>
            <w:vAlign w:val="center"/>
            <w:tcMar>
              <w:top w:w="65" w:type="dxa"/>
              <w:start w:w="90" w:type="dxa"/>
              <w:bottom w:w="65" w:type="dxa"/>
              <w:end w:w="90" w:type="dxa"/>
            </w:tcMar>
          </w:tcPr>
          <w:p>
            <w:r/>
          </w:p>
        </w:tc>
      </w:tr>
      <w:tr>
        <w:tc>
          <w:tcPr>
            <w:tcW w:type="dxa" w:w="3096"/>
            <w:vAlign w:val="center"/>
            <w:tcMar>
              <w:top w:w="65" w:type="dxa"/>
              <w:start w:w="90" w:type="dxa"/>
              <w:bottom w:w="65" w:type="dxa"/>
              <w:end w:w="90" w:type="dxa"/>
            </w:tcMar>
          </w:tcPr>
          <w:p>
            <w:r>
              <w:rPr>
                <w:b/>
              </w:rPr>
              <w:t>İlişkinizin veya iletişiminizin konusu</w:t>
            </w:r>
          </w:p>
        </w:tc>
        <w:tc>
          <w:tcPr>
            <w:tcW w:type="dxa" w:w="6552"/>
            <w:vAlign w:val="center"/>
            <w:tcMar>
              <w:top w:w="65" w:type="dxa"/>
              <w:start w:w="90" w:type="dxa"/>
              <w:bottom w:w="65" w:type="dxa"/>
              <w:end w:w="90" w:type="dxa"/>
            </w:tcMar>
          </w:tcPr>
          <w:p>
            <w:r/>
          </w:p>
        </w:tc>
      </w:tr>
    </w:tbl>
    <w:p>
      <w:pPr>
        <w:pStyle w:val="Heading1"/>
      </w:pPr>
      <w:r>
        <w:rPr>
          <w:rFonts w:ascii="Arial" w:hAnsi="Arial"/>
        </w:rPr>
        <w:t>4. KVKK Kapsamındaki Talebiniz</w:t>
      </w:r>
    </w:p>
    <w:p>
      <w:r>
        <w:rPr>
          <w:rFonts w:ascii="Arial" w:hAnsi="Arial"/>
        </w:rPr>
        <w:t>Lütfen kullanmak istediğiniz hak veya hakları işaretleyiniz:</w:t>
      </w:r>
    </w:p>
    <w:p>
      <w:pPr>
        <w:spacing w:after="40"/>
      </w:pPr>
      <w:r>
        <w:rPr>
          <w:rFonts w:ascii="Arial" w:hAnsi="Arial"/>
        </w:rPr>
        <w:t>☐ Kişisel verilerimin işlenip işlenmediğini öğrenmek istiyorum.</w:t>
      </w:r>
    </w:p>
    <w:p>
      <w:pPr>
        <w:spacing w:after="40"/>
      </w:pPr>
      <w:r>
        <w:rPr>
          <w:rFonts w:ascii="Arial" w:hAnsi="Arial"/>
        </w:rPr>
        <w:t>☐ Kişisel verilerim işlenmişse buna ilişkin bilgi talep ediyorum.</w:t>
      </w:r>
    </w:p>
    <w:p>
      <w:pPr>
        <w:spacing w:after="40"/>
      </w:pPr>
      <w:r>
        <w:rPr>
          <w:rFonts w:ascii="Arial" w:hAnsi="Arial"/>
        </w:rPr>
        <w:t>☐ Kişisel verilerimin işlenme amacını ve amacına uygun kullanılıp kullanılmadığını öğrenmek istiyorum.</w:t>
      </w:r>
    </w:p>
    <w:p>
      <w:pPr>
        <w:spacing w:after="40"/>
      </w:pPr>
      <w:r>
        <w:rPr>
          <w:rFonts w:ascii="Arial" w:hAnsi="Arial"/>
        </w:rPr>
        <w:t>☐ Kişisel verilerimin yurt içinde veya yurt dışında aktarıldığı üçüncü kişileri öğrenmek istiyorum.</w:t>
      </w:r>
    </w:p>
    <w:p>
      <w:pPr>
        <w:spacing w:after="40"/>
      </w:pPr>
      <w:r>
        <w:rPr>
          <w:rFonts w:ascii="Arial" w:hAnsi="Arial"/>
        </w:rPr>
        <w:t>☐ Eksik veya yanlış işlenen kişisel verilerimin düzeltilmesini istiyorum.</w:t>
      </w:r>
    </w:p>
    <w:p>
      <w:pPr>
        <w:spacing w:after="40"/>
      </w:pPr>
      <w:r>
        <w:rPr>
          <w:rFonts w:ascii="Arial" w:hAnsi="Arial"/>
        </w:rPr>
        <w:t>☐ Kanunda belirtilen şartlar kapsamında kişisel verilerimin silinmesini veya yok edilmesini istiyorum.</w:t>
      </w:r>
    </w:p>
    <w:p>
      <w:pPr>
        <w:spacing w:after="40"/>
      </w:pPr>
      <w:r>
        <w:rPr>
          <w:rFonts w:ascii="Arial" w:hAnsi="Arial"/>
        </w:rPr>
        <w:t>☐ Düzeltme, silme veya yok etme işlemlerinin verilerimin aktarıldığı üçüncü kişilere bildirilmesini istiyorum.</w:t>
      </w:r>
    </w:p>
    <w:p>
      <w:pPr>
        <w:spacing w:after="40"/>
      </w:pPr>
      <w:r>
        <w:rPr>
          <w:rFonts w:ascii="Arial" w:hAnsi="Arial"/>
        </w:rPr>
        <w:t>☐ Verilerimin yalnızca otomatik sistemlerle analiz edilmesi sonucunda aleyhime ortaya çıkan sonuca itiraz ediyorum.</w:t>
      </w:r>
    </w:p>
    <w:p>
      <w:pPr>
        <w:spacing w:after="40"/>
      </w:pPr>
      <w:r>
        <w:rPr>
          <w:rFonts w:ascii="Arial" w:hAnsi="Arial"/>
        </w:rPr>
        <w:t>☐ Kişisel verilerimin Kanuna aykırı işlenmesi nedeniyle uğradığım zararın giderilmesini talep ediyorum.</w:t>
      </w:r>
    </w:p>
    <w:p>
      <w:r>
        <w:rPr>
          <w:rFonts w:ascii="Arial" w:hAnsi="Arial"/>
        </w:rPr>
        <w:t>Talebinizi ve talebinize ilişkin açıklamaları ayrıntılı olarak yazınız:</w:t>
      </w:r>
    </w:p>
    <w:p>
      <w:pPr>
        <w:spacing w:after="20"/>
      </w:pPr>
      <w:r>
        <w:rPr>
          <w:rFonts w:ascii="Arial" w:hAnsi="Arial"/>
        </w:rPr>
        <w:t>........................................................................................................................................................................</w:t>
      </w:r>
    </w:p>
    <w:p>
      <w:pPr>
        <w:spacing w:after="20"/>
      </w:pPr>
      <w:r>
        <w:rPr>
          <w:rFonts w:ascii="Arial" w:hAnsi="Arial"/>
        </w:rPr>
        <w:t>........................................................................................................................................................................</w:t>
      </w:r>
    </w:p>
    <w:p>
      <w:pPr>
        <w:spacing w:after="20"/>
      </w:pPr>
      <w:r>
        <w:rPr>
          <w:rFonts w:ascii="Arial" w:hAnsi="Arial"/>
        </w:rPr>
        <w:t>........................................................................................................................................................................</w:t>
      </w:r>
    </w:p>
    <w:p>
      <w:pPr>
        <w:spacing w:after="20"/>
      </w:pPr>
      <w:r>
        <w:rPr>
          <w:rFonts w:ascii="Arial" w:hAnsi="Arial"/>
        </w:rPr>
        <w:t>........................................................................................................................................................................</w:t>
      </w:r>
    </w:p>
    <w:p>
      <w:pPr>
        <w:spacing w:after="20"/>
      </w:pPr>
      <w:r>
        <w:rPr>
          <w:rFonts w:ascii="Arial" w:hAnsi="Arial"/>
        </w:rPr>
        <w:t>........................................................................................................................................................................</w:t>
      </w:r>
    </w:p>
    <w:p>
      <w:pPr>
        <w:spacing w:after="20"/>
      </w:pPr>
      <w:r>
        <w:rPr>
          <w:rFonts w:ascii="Arial" w:hAnsi="Arial"/>
        </w:rPr>
        <w:t>........................................................................................................................................................................</w:t>
      </w:r>
    </w:p>
    <w:p>
      <w:pPr>
        <w:spacing w:after="20"/>
      </w:pPr>
      <w:r>
        <w:rPr>
          <w:rFonts w:ascii="Arial" w:hAnsi="Arial"/>
        </w:rPr>
        <w:t>........................................................................................................................................................................</w:t>
      </w:r>
    </w:p>
    <w:p>
      <w:r>
        <w:rPr>
          <w:rFonts w:ascii="Arial" w:hAnsi="Arial"/>
        </w:rPr>
        <w:t>Talebinizi destekleyen bilgi ve belgeler varsa belirtiniz ve forma ekleyiniz:</w:t>
      </w:r>
    </w:p>
    <w:p>
      <w:pPr>
        <w:spacing w:after="20"/>
      </w:pPr>
      <w:r>
        <w:rPr>
          <w:rFonts w:ascii="Arial" w:hAnsi="Arial"/>
        </w:rPr>
        <w:t>........................................................................................................................................................................</w:t>
      </w:r>
    </w:p>
    <w:p>
      <w:pPr>
        <w:spacing w:after="20"/>
      </w:pPr>
      <w:r>
        <w:rPr>
          <w:rFonts w:ascii="Arial" w:hAnsi="Arial"/>
        </w:rPr>
        <w:t>........................................................................................................................................................................</w:t>
      </w:r>
    </w:p>
    <w:p>
      <w:pPr>
        <w:spacing w:after="20"/>
      </w:pPr>
      <w:r>
        <w:rPr>
          <w:rFonts w:ascii="Arial" w:hAnsi="Arial"/>
        </w:rPr>
        <w:t>........................................................................................................................................................................</w:t>
      </w:r>
    </w:p>
    <w:p>
      <w:pPr>
        <w:pStyle w:val="Heading1"/>
      </w:pPr>
      <w:r>
        <w:rPr>
          <w:rFonts w:ascii="Arial" w:hAnsi="Arial"/>
        </w:rPr>
        <w:t>5. Yanıtın Bildirilmesini İstediğiniz Yöntem</w:t>
      </w:r>
    </w:p>
    <w:p>
      <w:r>
        <w:rPr>
          <w:rFonts w:ascii="Arial" w:hAnsi="Arial"/>
        </w:rPr>
        <w:t>☐ Yukarıda belirttiğim tebligat adresime gönderilmesini istiyorum.</w:t>
      </w:r>
    </w:p>
    <w:p>
      <w:r>
        <w:rPr>
          <w:rFonts w:ascii="Arial" w:hAnsi="Arial"/>
        </w:rPr>
        <w:t>☐ Yukarıda belirttiğim e-posta adresime gönderilmesini istiyorum.</w:t>
      </w:r>
    </w:p>
    <w:p>
      <w:r>
        <w:rPr>
          <w:rFonts w:ascii="Arial" w:hAnsi="Arial"/>
        </w:rPr>
        <w:t>☐ Şirket adresinden elden teslim almak istiyorum.</w:t>
      </w:r>
    </w:p>
    <w:p>
      <w:r>
        <w:rPr>
          <w:rFonts w:ascii="Arial" w:hAnsi="Arial"/>
        </w:rPr>
        <w:t>Yanıtın vekâleten teslim alınması hâlinde, yetkili vekâletname ve vekilin kimliğini doğrulayan belge ibraz edilmelidir.</w:t>
      </w:r>
    </w:p>
    <w:p>
      <w:pPr>
        <w:pStyle w:val="Heading1"/>
      </w:pPr>
      <w:r>
        <w:rPr>
          <w:rFonts w:ascii="Arial" w:hAnsi="Arial"/>
        </w:rPr>
        <w:t>6. Başvuru Sahibinin Beyanı</w:t>
      </w:r>
    </w:p>
    <w:p>
      <w:r>
        <w:rPr>
          <w:rFonts w:ascii="Arial" w:hAnsi="Arial"/>
        </w:rPr>
        <w:t>Bu formda sunduğum bilgilerin doğru ve güncel olduğunu, başvuruyu kendim veya usulüne uygun olarak yetkilendirilmiş temsilcim aracılığıyla yaptığımı beyan ederim. Şirket, kişisel verilerin yetkisiz kişilere açıklanmasını önlemek ve veri güvenliğini sağlamak amacıyla, başvuruyla ölçülü olmak kaydıyla kimlik doğrulamaya yönelik ek bilgi veya belge talep edebilir.</w:t>
      </w:r>
    </w:p>
    <w:tbl>
      <w:tblPr>
        <w:tblW w:type="auto" w:w="0"/>
        <w:tblLayout w:type="fixed"/>
        <w:tblLook w:firstColumn="1" w:firstRow="1" w:lastColumn="0" w:lastRow="0" w:noHBand="0" w:noVBand="1" w:val="04A0"/>
        <w:tblBorders>
          <w:top w:val="single" w:sz="6" w:color="BFBFBF"/>
          <w:left w:val="single" w:sz="6" w:color="BFBFBF"/>
          <w:bottom w:val="single" w:sz="6" w:color="BFBFBF"/>
          <w:right w:val="single" w:sz="6" w:color="BFBFBF"/>
          <w:insideH w:val="single" w:sz="6" w:color="BFBFBF"/>
          <w:insideV w:val="single" w:sz="6" w:color="BFBFBF"/>
        </w:tblBorders>
      </w:tblPr>
      <w:tblGrid>
        <w:gridCol w:w="4917"/>
        <w:gridCol w:w="4917"/>
      </w:tblGrid>
      <w:tr>
        <w:tc>
          <w:tcPr>
            <w:tcW w:type="dxa" w:w="3096"/>
            <w:vAlign w:val="center"/>
            <w:tcMar>
              <w:top w:w="150" w:type="dxa"/>
              <w:start w:w="90" w:type="dxa"/>
              <w:bottom w:w="150" w:type="dxa"/>
              <w:end w:w="90" w:type="dxa"/>
            </w:tcMar>
          </w:tcPr>
          <w:p>
            <w:r>
              <w:rPr>
                <w:b/>
              </w:rPr>
              <w:t>Başvuru sahibinin adı ve soyadı</w:t>
            </w:r>
          </w:p>
        </w:tc>
        <w:tc>
          <w:tcPr>
            <w:tcW w:type="dxa" w:w="6552"/>
            <w:vAlign w:val="center"/>
            <w:tcMar>
              <w:top w:w="150" w:type="dxa"/>
              <w:start w:w="90" w:type="dxa"/>
              <w:bottom w:w="150" w:type="dxa"/>
              <w:end w:w="90" w:type="dxa"/>
            </w:tcMar>
          </w:tcPr>
          <w:p>
            <w:r/>
          </w:p>
        </w:tc>
      </w:tr>
      <w:tr>
        <w:tc>
          <w:tcPr>
            <w:tcW w:type="dxa" w:w="3096"/>
            <w:vAlign w:val="center"/>
            <w:tcMar>
              <w:top w:w="150" w:type="dxa"/>
              <w:start w:w="90" w:type="dxa"/>
              <w:bottom w:w="150" w:type="dxa"/>
              <w:end w:w="90" w:type="dxa"/>
            </w:tcMar>
          </w:tcPr>
          <w:p>
            <w:r>
              <w:rPr>
                <w:b/>
              </w:rPr>
              <w:t>Tarih</w:t>
            </w:r>
          </w:p>
        </w:tc>
        <w:tc>
          <w:tcPr>
            <w:tcW w:type="dxa" w:w="6552"/>
            <w:vAlign w:val="center"/>
            <w:tcMar>
              <w:top w:w="150" w:type="dxa"/>
              <w:start w:w="90" w:type="dxa"/>
              <w:bottom w:w="150" w:type="dxa"/>
              <w:end w:w="90" w:type="dxa"/>
            </w:tcMar>
          </w:tcPr>
          <w:p>
            <w:r/>
          </w:p>
        </w:tc>
      </w:tr>
      <w:tr>
        <w:tc>
          <w:tcPr>
            <w:tcW w:type="dxa" w:w="3096"/>
            <w:vAlign w:val="center"/>
            <w:tcMar>
              <w:top w:w="150" w:type="dxa"/>
              <w:start w:w="90" w:type="dxa"/>
              <w:bottom w:w="150" w:type="dxa"/>
              <w:end w:w="90" w:type="dxa"/>
            </w:tcMar>
          </w:tcPr>
          <w:p>
            <w:r>
              <w:rPr>
                <w:b/>
              </w:rPr>
              <w:t>İmza yazılı başvurularda</w:t>
            </w:r>
          </w:p>
        </w:tc>
        <w:tc>
          <w:tcPr>
            <w:tcW w:type="dxa" w:w="6552"/>
            <w:vAlign w:val="center"/>
            <w:tcMar>
              <w:top w:w="150" w:type="dxa"/>
              <w:start w:w="90" w:type="dxa"/>
              <w:bottom w:w="150" w:type="dxa"/>
              <w:end w:w="90" w:type="dxa"/>
            </w:tcMar>
          </w:tcPr>
          <w:p>
            <w:r/>
          </w:p>
        </w:tc>
      </w:tr>
    </w:tbl>
    <w:sectPr w:rsidR="00FC693F" w:rsidRPr="0006063C" w:rsidSect="00034616">
      <w:footerReference w:type="default" r:id="rId9"/>
      <w:pgSz w:w="11909" w:h="16834"/>
      <w:pgMar w:top="893" w:right="1037" w:bottom="835"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46464"/>
        <w:sz w:val="16"/>
      </w:rPr>
      <w:t>Sinus Elektronik Sanayi ve Ticaret Limited Şirketi | Cuppon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Theme="majorHAnsi" w:eastAsiaTheme="majorEastAsia" w:hAnsiTheme="majorHAnsi" w:cstheme="majorBidi" w:ascii="Arial" w:hAnsi="Arial"/>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